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יוצרים כרזת "הידעת?"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כרזת הידעת (כותרת, עובדה, שאלת חשיבה)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עובדה מפתיעה בשפה ברורה ותמציתית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שאלת חשיבה שמעוררת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שתיים (השלישית רשות)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לגרום לקוראים להמשיך לחשוב על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תמנונים יכולים לשנות צבע תוך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שהעובדה נכונה ושהכתיב תקין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העובדה לכרזה צריכה להיות מפתיעה ומעניינת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הטופס מציין שהפסקה השלישית היא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בחירת אימוג׳י ברשימה כמו 🐙 או 🚀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שם הכותב מצוין כרשות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אפשרות להעלות תמונה שנשארת במכשיר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בתיאור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מפתיעה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אימוג׳י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P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(משפט קצר שמושך 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(מציגה את העובדה המפתיעה)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(מרחיבה או מסבירה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(משאירה את הקורא עם מחשבה)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(ממחיש את נושא הכרזה)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ליצירת כרזה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נושא מעניין לעובדה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כותרת קצרה וקולעת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את הפסקאות עם העובדה המפתיעה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לנסח שאלת חשיבה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לבחור צבע ואיור או אימוג׳י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לשמור ולהדפיס את הכרזה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כותרת קצרה וקולעת, עובדה נכונה ומעניינת בשתי פסקאות ברורות, שאלת חשיבה פתוחה הקשורה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שאלת חשיבה משאירה את הקורא מעורב, גורמת לו לחשוב בעצמו ולא רק לקבל מידע באופן פסיבי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עובדה בפסקאות, שאלת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עובדה נכונה ומעניינת שהתלמיד יזכור או ימציא בהתאם לנושא שבחר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לגרום לקוראים להמשיך לחשוב ולדון בנושא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לבחור נושא מתחום לימוד נוכחי (טבע, היסטוריה, מתמטיקה) כדי לחבר את התרגיל לתוכן 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כמה כרזות שנוצרו ולתת לכיתה לנסות לענות על שאלת החשיבה של חבריהם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לוותר על הסעיפים המסומנים ולהתמקד בזיהוי מרכיבי הכרזה והתאמה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יוצרים כרזת "הידעת?"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איך בונים כרזת הידעת מוצלחת: כותרת קולעת, עובדה מפתיעה כתובה במילים שלנו, ושאלת חשיבה שמשאירה את הכיתה עם מחשבה.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פסקאות חובה לכתוב בכרזת הידעת לפי הטופס?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פסקה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 (השלישית רשות)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 פסקאות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פסקאות, רק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תפקידה של שאלת החשיבה בסוף הכרזה?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לסכם את כל העובדות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לגרום לקוראים להמשיך לחשוב על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לציין את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מתאים ביותר לכותרת כרזת הידעת?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תמנונים יכולים לשנות צבע תוך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אתמול היה יום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אוהב/ת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הכיתה שלנו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חשוב לבדוק לפני הדפסת הכרזה?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שהצבעים זהים לכרזה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שהעובדה נכונה ושהכתיב תקין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 הרבה פסקאות ארוכות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אימוג׳י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עובדה רגילה לעובדה שמתאימה לכרזת הידעת?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העובדה לכרזה צריכה להיות מפתיעה ומעניינת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העובדה לכרזה חייבת להיות ארוכה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העובדה לכרזה לא חייבת להיות נכונה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הפסקה השלישית בכרזת הידעת היא חובה.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אימוג׳י שמייצג את נושא הכרזה.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הכותב חובה למלא כדי לשמור את הכרזה.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להעלות תמונה במקום לבחור איור מהרשימה.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כרזת הידעת מיועדת להדפסה בגודל A4.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כרזת הידעת מתחילה תמיד ב__________ קצרה וקולעת.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לעורר סקרנות כדאי לכתוב עובדה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הכרזה מומלץ לכתוב __________ חשיבה.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לבחור __________ כמו 🧠 או 🌱 כדי להמחיש את הנושא.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המידע שממלאים נשמר רק ב__________ של התלמיד.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כדי להדפיס במחשב אפשר להשתמש בקיצור Ctrl+__________.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ממחיש את נושא הכרזה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פסקה 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מרחיבה או מסבירה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פסקה שנייה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מציגה את העובדה המפתיעה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שאלת חשיבה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משפט קצר שמושך תשומת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איור או אימוג׳י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משאירה את הקורא עם מחשבה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ליצירת כרזה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ולהדפיס את הכרזה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הפסקאות עם העובדה המפתיעה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כותרת קצרה וקולעת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נושא מעניין לעובדה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לנסח שאלת חשיבה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צבע ואיור או אימוג׳י מתאים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שמעניין אתכם וכתבו כרזת הידעת קצרה: כותרת, שתי פסקאות עם עובדה מפתיעה, ושאלת חשיבה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חשוב לסיים כרזת מידע בשאלת חשיבה ולא רק בעובדה?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החלקים המרכזיים בכרזת הידעת?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לעובדה מפתיעה שמתאימה לכרזה כזו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לכתוב שאלת חשיבה בסוף הכרזה?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יוצרים כרזת "הידעת?"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